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182" w:rsidRDefault="00E041C3">
      <w:pPr>
        <w:spacing w:after="160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940000" cy="8109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xtracted_letterhead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81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716" w:rsidRDefault="00875716">
      <w:pPr>
        <w:spacing w:after="20"/>
        <w:jc w:val="center"/>
        <w:rPr>
          <w:b/>
          <w:sz w:val="25"/>
          <w:lang w:val="ru-RU"/>
        </w:rPr>
      </w:pPr>
    </w:p>
    <w:p w:rsidR="00875716" w:rsidRPr="00F31902" w:rsidRDefault="00F31902" w:rsidP="00F31902">
      <w:pPr>
        <w:spacing w:after="20"/>
        <w:rPr>
          <w:b/>
          <w:color w:val="000000" w:themeColor="text1"/>
          <w:sz w:val="25"/>
          <w:lang w:val="ru-RU"/>
        </w:rPr>
      </w:pPr>
      <w:bookmarkStart w:id="0" w:name="_GoBack"/>
      <w:r>
        <w:rPr>
          <w:b/>
          <w:sz w:val="25"/>
          <w:lang w:val="ru-RU"/>
        </w:rPr>
        <w:t xml:space="preserve">Приложение № 1 к договору № __________ от __________</w:t>
      </w:r>
    </w:p>
    <w:bookmarkEnd w:id="0"/>
    <w:p w:rsidR="00875716" w:rsidRDefault="00875716">
      <w:pPr>
        <w:spacing w:after="20"/>
        <w:jc w:val="center"/>
        <w:rPr>
          <w:b/>
          <w:sz w:val="25"/>
          <w:lang w:val="ru-RU"/>
        </w:rPr>
      </w:pPr>
    </w:p>
    <w:p w:rsidR="009B5182" w:rsidRPr="004A713C" w:rsidRDefault="00E041C3">
      <w:pPr>
        <w:spacing w:after="20"/>
        <w:jc w:val="center"/>
        <w:rPr>
          <w:lang w:val="ru-RU"/>
        </w:rPr>
      </w:pPr>
      <w:r w:rsidRPr="004A713C">
        <w:rPr>
          <w:b/>
          <w:sz w:val="25"/>
          <w:lang w:val="ru-RU"/>
        </w:rPr>
        <w:t>ФОРМА МХ-1</w:t>
      </w:r>
    </w:p>
    <w:p w:rsidR="009B5182" w:rsidRPr="00875716" w:rsidRDefault="00E041C3">
      <w:pPr>
        <w:spacing w:after="140"/>
        <w:jc w:val="center"/>
        <w:rPr>
          <w:lang w:val="ru-RU"/>
        </w:rPr>
      </w:pPr>
      <w:r w:rsidRPr="00875716">
        <w:rPr>
          <w:sz w:val="19"/>
          <w:lang w:val="ru-RU"/>
        </w:rPr>
        <w:t>Акт о приеме-передаче товарно-материальных ценностей на хранение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606"/>
        <w:gridCol w:w="2606"/>
        <w:gridCol w:w="2606"/>
        <w:gridCol w:w="2606"/>
      </w:tblGrid>
      <w:tr w:rsidR="009B5182">
        <w:trPr>
          <w:jc w:val="center"/>
        </w:trPr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proofErr w:type="spellStart"/>
            <w:r>
              <w:rPr>
                <w:b/>
                <w:sz w:val="18"/>
              </w:rPr>
              <w:t>Номер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документа</w:t>
            </w:r>
            <w:proofErr w:type="spellEnd"/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8"/>
              </w:rPr>
              <w:t>Дата составления</w:t>
            </w:r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8"/>
              </w:rPr>
              <w:t>Основание</w:t>
            </w:r>
          </w:p>
        </w:tc>
        <w:tc>
          <w:tcPr>
            <w:tcW w:w="2606" w:type="dxa"/>
            <w:shd w:val="clear" w:color="auto" w:fill="EAF0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8"/>
              </w:rPr>
              <w:t>Форма</w:t>
            </w:r>
          </w:p>
        </w:tc>
      </w:tr>
      <w:tr w:rsidR="009B5182">
        <w:trPr>
          <w:jc w:val="center"/>
        </w:trPr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</w:rPr>
              <w:t>________________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</w:rPr>
              <w:t>___ __________ 20__ г.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</w:rPr>
              <w:t>Договор хранения / заявка</w:t>
            </w:r>
          </w:p>
        </w:tc>
        <w:tc>
          <w:tcPr>
            <w:tcW w:w="2606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</w:rPr>
              <w:t>МХ-1</w:t>
            </w:r>
          </w:p>
        </w:tc>
      </w:tr>
    </w:tbl>
    <w:p w:rsidR="009B5182" w:rsidRDefault="009B5182">
      <w:pPr>
        <w:spacing w:after="60"/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213"/>
        <w:gridCol w:w="5213"/>
      </w:tblGrid>
      <w:tr w:rsidR="009B5182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b/>
                <w:sz w:val="19"/>
              </w:rPr>
              <w:t>Хранитель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sz w:val="19"/>
              </w:rPr>
              <w:t>ИП Сачков А.Г.</w:t>
            </w:r>
          </w:p>
        </w:tc>
      </w:tr>
      <w:tr w:rsidR="009B5182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b/>
                <w:sz w:val="19"/>
              </w:rPr>
              <w:t>Поклажедатель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sz w:val="19"/>
              </w:rPr>
              <w:t>____________________________________________</w:t>
            </w:r>
          </w:p>
        </w:tc>
      </w:tr>
      <w:tr w:rsidR="009B5182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b/>
                <w:sz w:val="19"/>
              </w:rPr>
              <w:t>Место хранения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sz w:val="19"/>
              </w:rPr>
              <w:t>____________________________________________</w:t>
            </w:r>
          </w:p>
        </w:tc>
      </w:tr>
      <w:tr w:rsidR="009B5182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b/>
                <w:sz w:val="19"/>
              </w:rPr>
              <w:t>Материально ответственное лицо</w:t>
            </w:r>
          </w:p>
        </w:tc>
        <w:tc>
          <w:tcPr>
            <w:tcW w:w="5213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:rsidR="009B5182" w:rsidRDefault="00E041C3">
            <w:r>
              <w:rPr>
                <w:sz w:val="19"/>
              </w:rPr>
              <w:t>____________________________________________</w:t>
            </w:r>
          </w:p>
        </w:tc>
      </w:tr>
    </w:tbl>
    <w:p w:rsidR="009B5182" w:rsidRDefault="009B5182">
      <w:pPr>
        <w:spacing w:after="60"/>
      </w:pP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2523"/>
        <w:gridCol w:w="1577"/>
        <w:gridCol w:w="1579"/>
        <w:gridCol w:w="1647"/>
        <w:gridCol w:w="1665"/>
      </w:tblGrid>
      <w:tr w:rsidR="009B5182">
        <w:trPr>
          <w:tblHeader/>
          <w:jc w:val="center"/>
        </w:trPr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</w:rPr>
              <w:t>№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</w:rPr>
              <w:t>Наименование ТМЦ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</w:rPr>
              <w:t>Ед. изм.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</w:rPr>
              <w:t>Кол-во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</w:rPr>
              <w:t>Состояние / упаковка</w:t>
            </w:r>
          </w:p>
        </w:tc>
        <w:tc>
          <w:tcPr>
            <w:tcW w:w="1738" w:type="dxa"/>
            <w:shd w:val="clear" w:color="auto" w:fill="EAF0F8"/>
            <w:tcMar>
              <w:top w:w="50" w:type="dxa"/>
              <w:left w:w="60" w:type="dxa"/>
              <w:bottom w:w="5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7"/>
              </w:rPr>
              <w:t>Примечание</w:t>
            </w:r>
          </w:p>
        </w:tc>
      </w:tr>
      <w:tr w:rsidR="009B5182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>________________________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 xml:space="preserve"> </w:t>
            </w:r>
          </w:p>
        </w:tc>
      </w:tr>
      <w:tr w:rsidR="009B5182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>________________________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 xml:space="preserve"> </w:t>
            </w:r>
          </w:p>
        </w:tc>
      </w:tr>
      <w:tr w:rsidR="009B5182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>________________________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 xml:space="preserve"> </w:t>
            </w:r>
          </w:p>
        </w:tc>
      </w:tr>
      <w:tr w:rsidR="009B5182">
        <w:trPr>
          <w:jc w:val="center"/>
        </w:trPr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>________________________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 xml:space="preserve"> </w:t>
            </w:r>
          </w:p>
        </w:tc>
        <w:tc>
          <w:tcPr>
            <w:tcW w:w="1738" w:type="dxa"/>
            <w:tcMar>
              <w:top w:w="95" w:type="dxa"/>
              <w:left w:w="60" w:type="dxa"/>
              <w:bottom w:w="95" w:type="dxa"/>
              <w:right w:w="60" w:type="dxa"/>
            </w:tcMar>
            <w:vAlign w:val="center"/>
          </w:tcPr>
          <w:p w:rsidR="009B5182" w:rsidRDefault="00E041C3">
            <w:r>
              <w:rPr>
                <w:sz w:val="18"/>
              </w:rPr>
              <w:t xml:space="preserve"> </w:t>
            </w:r>
          </w:p>
        </w:tc>
      </w:tr>
    </w:tbl>
    <w:p w:rsidR="009B5182" w:rsidRDefault="00E041C3">
      <w:pPr>
        <w:spacing w:before="80" w:after="20"/>
      </w:pPr>
      <w:r>
        <w:rPr>
          <w:b/>
        </w:rPr>
        <w:t>Итого мест / единиц хранения: ____________________</w:t>
      </w:r>
    </w:p>
    <w:p w:rsidR="009B5182" w:rsidRPr="00875716" w:rsidRDefault="00E041C3">
      <w:pPr>
        <w:spacing w:after="80"/>
        <w:rPr>
          <w:lang w:val="ru-RU"/>
        </w:rPr>
      </w:pPr>
      <w:r w:rsidRPr="00875716">
        <w:rPr>
          <w:sz w:val="19"/>
          <w:lang w:val="ru-RU"/>
        </w:rPr>
        <w:t xml:space="preserve">ТМЦ </w:t>
      </w:r>
      <w:proofErr w:type="gramStart"/>
      <w:r w:rsidRPr="00875716">
        <w:rPr>
          <w:sz w:val="19"/>
          <w:lang w:val="ru-RU"/>
        </w:rPr>
        <w:t>переданы</w:t>
      </w:r>
      <w:proofErr w:type="gramEnd"/>
      <w:r w:rsidRPr="00875716">
        <w:rPr>
          <w:sz w:val="19"/>
          <w:lang w:val="ru-RU"/>
        </w:rPr>
        <w:t xml:space="preserve"> Хранителю в указанном количестве, внешнее состояние и упаковка при приемке проверены визуально.</w:t>
      </w:r>
    </w:p>
    <w:p w:rsidR="009B5182" w:rsidRDefault="00E041C3">
      <w:pPr>
        <w:spacing w:after="40"/>
      </w:pPr>
      <w:proofErr w:type="spellStart"/>
      <w:r>
        <w:rPr>
          <w:b/>
          <w:sz w:val="21"/>
        </w:rPr>
        <w:t>Подписи</w:t>
      </w:r>
      <w:proofErr w:type="spellEnd"/>
      <w:r>
        <w:rPr>
          <w:b/>
          <w:sz w:val="21"/>
        </w:rPr>
        <w:t xml:space="preserve"> </w:t>
      </w:r>
      <w:proofErr w:type="spellStart"/>
      <w:r>
        <w:rPr>
          <w:b/>
          <w:sz w:val="21"/>
        </w:rPr>
        <w:t>сторон</w:t>
      </w:r>
      <w:proofErr w:type="spellEnd"/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213"/>
        <w:gridCol w:w="5213"/>
      </w:tblGrid>
      <w:tr w:rsidR="009B5182">
        <w:trPr>
          <w:jc w:val="center"/>
        </w:trPr>
        <w:tc>
          <w:tcPr>
            <w:tcW w:w="5213" w:type="dxa"/>
            <w:shd w:val="clear" w:color="auto" w:fill="F4F6F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9"/>
              </w:rPr>
              <w:t>Хранитель</w:t>
            </w:r>
          </w:p>
        </w:tc>
        <w:tc>
          <w:tcPr>
            <w:tcW w:w="5213" w:type="dxa"/>
            <w:shd w:val="clear" w:color="auto" w:fill="F4F6F8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b/>
                <w:sz w:val="19"/>
              </w:rPr>
              <w:t>Поклажедатель</w:t>
            </w:r>
          </w:p>
        </w:tc>
      </w:tr>
      <w:tr w:rsidR="009B5182">
        <w:trPr>
          <w:jc w:val="center"/>
        </w:trPr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</w:rPr>
              <w:t>________________ /______________</w:t>
            </w:r>
          </w:p>
        </w:tc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</w:rPr>
              <w:t>________________ /______________</w:t>
            </w:r>
          </w:p>
        </w:tc>
      </w:tr>
      <w:tr w:rsidR="009B5182">
        <w:trPr>
          <w:jc w:val="center"/>
        </w:trPr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</w:rPr>
              <w:t>М.П. при наличии</w:t>
            </w:r>
          </w:p>
        </w:tc>
        <w:tc>
          <w:tcPr>
            <w:tcW w:w="521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9B5182" w:rsidRDefault="00E041C3">
            <w:pPr>
              <w:jc w:val="center"/>
            </w:pPr>
            <w:r>
              <w:rPr>
                <w:sz w:val="19"/>
              </w:rPr>
              <w:t>М.П. при наличии</w:t>
            </w:r>
          </w:p>
        </w:tc>
      </w:tr>
    </w:tbl>
    <w:p w:rsidR="00E041C3" w:rsidRDefault="00E041C3"/>
    <w:sectPr w:rsidR="00E041C3" w:rsidSect="00034616">
      <w:pgSz w:w="12240" w:h="15840"/>
      <w:pgMar w:top="124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A713C"/>
    <w:rsid w:val="00875716"/>
    <w:rsid w:val="009B5182"/>
    <w:rsid w:val="00AA1D8D"/>
    <w:rsid w:val="00B47730"/>
    <w:rsid w:val="00CB0664"/>
    <w:rsid w:val="00E041C3"/>
    <w:rsid w:val="00F319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875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8757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875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8757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4</cp:revision>
  <cp:lastPrinted>2026-03-26T02:13:00Z</cp:lastPrinted>
  <dcterms:created xsi:type="dcterms:W3CDTF">2013-12-23T23:15:00Z</dcterms:created>
  <dcterms:modified xsi:type="dcterms:W3CDTF">2026-04-02T10:16:00Z</dcterms:modified>
</cp:coreProperties>
</file>