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182" w:rsidRDefault="00E041C3">
      <w:pPr>
        <w:spacing w:after="160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5940000" cy="8109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tracted_letterhead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10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5716" w:rsidRDefault="00875716">
      <w:pPr>
        <w:spacing w:after="20"/>
        <w:jc w:val="center"/>
        <w:rPr>
          <w:b/>
          <w:sz w:val="25"/>
          <w:lang w:val="ru-RU"/>
        </w:rPr>
      </w:pPr>
    </w:p>
    <w:p w:rsidR="00875716" w:rsidRPr="00F31902" w:rsidRDefault="00F31902" w:rsidP="00F31902">
      <w:pPr>
        <w:spacing w:after="20"/>
        <w:rPr>
          <w:b/>
          <w:color w:val="000000" w:themeColor="text1"/>
          <w:sz w:val="25"/>
          <w:lang w:val="ru-RU"/>
        </w:rPr>
      </w:pPr>
      <w:bookmarkStart w:id="0" w:name="_GoBack"/>
      <w:r>
        <w:rPr>
          <w:b/>
          <w:sz w:val="25"/>
          <w:lang w:val="zh-CN" w:eastAsia="zh-CN"/>
          <w:rFonts w:eastAsia="SimSun"/>
        </w:rPr>
        <w:t xml:space="preserve">合同编号 ______ 日期 ______ 附件1</w:t>
      </w:r>
    </w:p>
    <w:bookmarkEnd w:id="0"/>
    <w:p w:rsidR="00875716" w:rsidRDefault="00875716">
      <w:pPr>
        <w:spacing w:after="20"/>
        <w:jc w:val="center"/>
        <w:rPr>
          <w:b/>
          <w:sz w:val="25"/>
          <w:lang w:val="ru-RU"/>
        </w:rPr>
      </w:pPr>
    </w:p>
    <w:p w:rsidR="009B5182" w:rsidRPr="004A713C" w:rsidRDefault="00E041C3">
      <w:pPr>
        <w:spacing w:after="20"/>
        <w:jc w:val="center"/>
        <w:rPr>
          <w:lang w:val="ru-RU"/>
        </w:rPr>
      </w:pPr>
      <w:r>
        <w:rPr>
          <w:b/>
          <w:sz w:val="25"/>
          <w:lang w:val="zh-CN" w:eastAsia="zh-CN"/>
          <w:rFonts w:eastAsia="SimSun"/>
        </w:rPr>
        <w:t xml:space="preserve">МХ-1 表</w:t>
      </w:r>
    </w:p>
    <w:p w:rsidR="009B5182" w:rsidRPr="00875716" w:rsidRDefault="00E041C3">
      <w:pPr>
        <w:spacing w:after="140"/>
        <w:jc w:val="center"/>
        <w:rPr>
          <w:lang w:val="ru-RU"/>
        </w:rPr>
      </w:pPr>
      <w:r>
        <w:rPr>
          <w:sz w:val="19"/>
          <w:lang w:val="zh-CN" w:eastAsia="zh-CN"/>
          <w:rFonts w:eastAsia="SimSun"/>
        </w:rPr>
        <w:t xml:space="preserve">存货及物资保管交接单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606"/>
        <w:gridCol w:w="2606"/>
        <w:gridCol w:w="2606"/>
        <w:gridCol w:w="2606"/>
      </w:tblGrid>
      <w:tr w:rsidR="009B5182">
        <w:trPr>
          <w:jc w:val="center"/>
        </w:trPr>
        <w:tc>
          <w:tcPr>
            <w:tcW w:w="2606" w:type="dxa"/>
            <w:shd w:val="clear" w:color="auto" w:fill="EAF0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pPr>
              <w:jc w:val="center"/>
            </w:pPr>
            <w:proofErr w:type="spellStart"/>
            <w:proofErr w:type="spellEnd"/>
            <w:proofErr w:type="spellStart"/>
            <w:proofErr w:type="spellEnd"/>
            <w:r>
              <w:rPr>
                <w:b/>
                <w:sz w:val="18"/>
                <w:rFonts w:eastAsia="SimSun"/>
                <w:lang w:val="zh-CN" w:eastAsia="zh-CN"/>
              </w:rPr>
              <w:t xml:space="preserve">单据编号</w:t>
            </w:r>
          </w:p>
        </w:tc>
        <w:tc>
          <w:tcPr>
            <w:tcW w:w="2606" w:type="dxa"/>
            <w:shd w:val="clear" w:color="auto" w:fill="EAF0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8"/>
                <w:rFonts w:eastAsia="SimSun"/>
                <w:lang w:val="zh-CN" w:eastAsia="zh-CN"/>
              </w:rPr>
              <w:t xml:space="preserve">制作日期</w:t>
            </w:r>
          </w:p>
        </w:tc>
        <w:tc>
          <w:tcPr>
            <w:tcW w:w="2606" w:type="dxa"/>
            <w:shd w:val="clear" w:color="auto" w:fill="EAF0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8"/>
                <w:rFonts w:eastAsia="SimSun"/>
                <w:lang w:val="zh-CN" w:eastAsia="zh-CN"/>
              </w:rPr>
              <w:t xml:space="preserve">依据</w:t>
            </w:r>
          </w:p>
        </w:tc>
        <w:tc>
          <w:tcPr>
            <w:tcW w:w="2606" w:type="dxa"/>
            <w:shd w:val="clear" w:color="auto" w:fill="EAF0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8"/>
                <w:rFonts w:eastAsia="SimSun"/>
                <w:lang w:val="zh-CN" w:eastAsia="zh-CN"/>
              </w:rPr>
              <w:t xml:space="preserve">格式</w:t>
            </w:r>
          </w:p>
        </w:tc>
      </w:tr>
      <w:tr w:rsidR="009B5182">
        <w:trPr>
          <w:jc w:val="center"/>
        </w:trPr>
        <w:tc>
          <w:tcPr>
            <w:tcW w:w="2606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9"/>
                <w:rFonts w:eastAsia="SimSun"/>
                <w:lang w:val="zh-CN" w:eastAsia="zh-CN"/>
              </w:rPr>
              <w:t xml:space="preserve">____________</w:t>
            </w:r>
          </w:p>
        </w:tc>
        <w:tc>
          <w:tcPr>
            <w:tcW w:w="2606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9"/>
                <w:rFonts w:eastAsia="SimSun"/>
                <w:lang w:val="zh-CN" w:eastAsia="zh-CN"/>
              </w:rPr>
              <w:t xml:space="preserve">20____年____月____日</w:t>
            </w:r>
          </w:p>
        </w:tc>
        <w:tc>
          <w:tcPr>
            <w:tcW w:w="2606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9"/>
                <w:rFonts w:eastAsia="SimSun"/>
                <w:lang w:val="zh-CN" w:eastAsia="zh-CN"/>
              </w:rPr>
              <w:t xml:space="preserve">保管合同／申请单</w:t>
            </w:r>
          </w:p>
        </w:tc>
        <w:tc>
          <w:tcPr>
            <w:tcW w:w="2606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9"/>
                <w:rFonts w:eastAsia="SimSun"/>
                <w:lang w:val="zh-CN" w:eastAsia="zh-CN"/>
              </w:rPr>
              <w:t xml:space="preserve">МХ-1</w:t>
            </w:r>
          </w:p>
        </w:tc>
      </w:tr>
    </w:tbl>
    <w:p w:rsidR="009B5182" w:rsidRDefault="009B5182">
      <w:pPr>
        <w:spacing w:after="60"/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213"/>
        <w:gridCol w:w="5213"/>
      </w:tblGrid>
      <w:tr w:rsidR="009B5182">
        <w:trPr>
          <w:jc w:val="center"/>
        </w:trPr>
        <w:tc>
          <w:tcPr>
            <w:tcW w:w="5213" w:type="dxa"/>
            <w:shd w:val="clear" w:color="auto" w:fill="F4F6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r>
              <w:rPr>
                <w:b/>
                <w:sz w:val="19"/>
                <w:rFonts w:eastAsia="SimSun"/>
                <w:lang w:val="zh-CN" w:eastAsia="zh-CN"/>
              </w:rPr>
              <w:t xml:space="preserve">保管人</w:t>
            </w:r>
          </w:p>
        </w:tc>
        <w:tc>
          <w:tcPr>
            <w:tcW w:w="5213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r>
              <w:rPr>
                <w:sz w:val="19"/>
                <w:rFonts w:eastAsia="SimSun"/>
                <w:lang w:val="zh-CN" w:eastAsia="zh-CN"/>
              </w:rPr>
              <w:t xml:space="preserve">ИП Сачков А.Г.</w:t>
            </w:r>
          </w:p>
        </w:tc>
      </w:tr>
      <w:tr w:rsidR="009B5182">
        <w:trPr>
          <w:jc w:val="center"/>
        </w:trPr>
        <w:tc>
          <w:tcPr>
            <w:tcW w:w="5213" w:type="dxa"/>
            <w:shd w:val="clear" w:color="auto" w:fill="F4F6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r>
              <w:rPr>
                <w:b/>
                <w:sz w:val="19"/>
                <w:rFonts w:eastAsia="SimSun"/>
                <w:lang w:val="zh-CN" w:eastAsia="zh-CN"/>
              </w:rPr>
              <w:t xml:space="preserve">寄存人</w:t>
            </w:r>
          </w:p>
        </w:tc>
        <w:tc>
          <w:tcPr>
            <w:tcW w:w="5213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r>
              <w:rPr>
                <w:sz w:val="19"/>
                <w:rFonts w:eastAsia="SimSun"/>
                <w:lang w:val="zh-CN" w:eastAsia="zh-CN"/>
              </w:rPr>
              <w:t xml:space="preserve">____________________</w:t>
            </w:r>
          </w:p>
        </w:tc>
      </w:tr>
      <w:tr w:rsidR="009B5182">
        <w:trPr>
          <w:jc w:val="center"/>
        </w:trPr>
        <w:tc>
          <w:tcPr>
            <w:tcW w:w="5213" w:type="dxa"/>
            <w:shd w:val="clear" w:color="auto" w:fill="F4F6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r>
              <w:rPr>
                <w:b/>
                <w:sz w:val="19"/>
                <w:rFonts w:eastAsia="SimSun"/>
                <w:lang w:val="zh-CN" w:eastAsia="zh-CN"/>
              </w:rPr>
              <w:t xml:space="preserve">存放地点</w:t>
            </w:r>
          </w:p>
        </w:tc>
        <w:tc>
          <w:tcPr>
            <w:tcW w:w="5213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r>
              <w:rPr>
                <w:sz w:val="19"/>
                <w:rFonts w:eastAsia="SimSun"/>
                <w:lang w:val="zh-CN" w:eastAsia="zh-CN"/>
              </w:rPr>
              <w:t xml:space="preserve">____________________</w:t>
            </w:r>
          </w:p>
        </w:tc>
      </w:tr>
      <w:tr w:rsidR="009B5182">
        <w:trPr>
          <w:jc w:val="center"/>
        </w:trPr>
        <w:tc>
          <w:tcPr>
            <w:tcW w:w="5213" w:type="dxa"/>
            <w:shd w:val="clear" w:color="auto" w:fill="F4F6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r>
              <w:rPr>
                <w:b/>
                <w:sz w:val="19"/>
                <w:rFonts w:eastAsia="SimSun"/>
                <w:lang w:val="zh-CN" w:eastAsia="zh-CN"/>
              </w:rPr>
              <w:t xml:space="preserve">物资责任人</w:t>
            </w:r>
          </w:p>
        </w:tc>
        <w:tc>
          <w:tcPr>
            <w:tcW w:w="5213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r>
              <w:rPr>
                <w:sz w:val="19"/>
                <w:rFonts w:eastAsia="SimSun"/>
                <w:lang w:val="zh-CN" w:eastAsia="zh-CN"/>
              </w:rPr>
              <w:t xml:space="preserve">____________________</w:t>
            </w:r>
          </w:p>
        </w:tc>
      </w:tr>
    </w:tbl>
    <w:p w:rsidR="009B5182" w:rsidRDefault="009B5182">
      <w:pPr>
        <w:spacing w:after="60"/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2523"/>
        <w:gridCol w:w="1577"/>
        <w:gridCol w:w="1579"/>
        <w:gridCol w:w="1647"/>
        <w:gridCol w:w="1665"/>
      </w:tblGrid>
      <w:tr w:rsidR="009B5182">
        <w:trPr>
          <w:tblHeader/>
          <w:jc w:val="center"/>
        </w:trPr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7"/>
                <w:rFonts w:eastAsia="SimSun"/>
                <w:lang w:val="zh-CN" w:eastAsia="zh-CN"/>
              </w:rPr>
              <w:t xml:space="preserve">序号</w:t>
            </w:r>
          </w:p>
        </w:tc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7"/>
                <w:rFonts w:eastAsia="SimSun"/>
                <w:lang w:val="zh-CN" w:eastAsia="zh-CN"/>
              </w:rPr>
              <w:t xml:space="preserve">货物名称</w:t>
            </w:r>
          </w:p>
        </w:tc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7"/>
                <w:rFonts w:eastAsia="SimSun"/>
                <w:lang w:val="zh-CN" w:eastAsia="zh-CN"/>
              </w:rPr>
              <w:t xml:space="preserve">单位</w:t>
            </w:r>
          </w:p>
        </w:tc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7"/>
                <w:rFonts w:eastAsia="SimSun"/>
                <w:lang w:val="zh-CN" w:eastAsia="zh-CN"/>
              </w:rPr>
              <w:t xml:space="preserve">数量</w:t>
            </w:r>
          </w:p>
        </w:tc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7"/>
                <w:rFonts w:eastAsia="SimSun"/>
                <w:lang w:val="zh-CN" w:eastAsia="zh-CN"/>
              </w:rPr>
              <w:t xml:space="preserve">状态／包装</w:t>
            </w:r>
          </w:p>
        </w:tc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7"/>
                <w:rFonts w:eastAsia="SimSun"/>
                <w:lang w:val="zh-CN" w:eastAsia="zh-CN"/>
              </w:rPr>
              <w:t xml:space="preserve">备注</w:t>
            </w:r>
          </w:p>
        </w:tc>
      </w:tr>
      <w:tr w:rsidR="009B5182">
        <w:trPr>
          <w:jc w:val="center"/>
        </w:trPr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>1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  <w:rFonts w:eastAsia="SimSun"/>
                <w:lang w:val="zh-CN" w:eastAsia="zh-CN"/>
              </w:rPr>
              <w:t xml:space="preserve">________________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</w:tr>
      <w:tr w:rsidR="009B5182">
        <w:trPr>
          <w:jc w:val="center"/>
        </w:trPr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>2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  <w:rFonts w:eastAsia="SimSun"/>
                <w:lang w:val="zh-CN" w:eastAsia="zh-CN"/>
              </w:rPr>
              <w:t xml:space="preserve">________________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</w:tr>
      <w:tr w:rsidR="009B5182">
        <w:trPr>
          <w:jc w:val="center"/>
        </w:trPr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>3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  <w:rFonts w:eastAsia="SimSun"/>
                <w:lang w:val="zh-CN" w:eastAsia="zh-CN"/>
              </w:rPr>
              <w:t xml:space="preserve">________________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</w:tr>
      <w:tr w:rsidR="009B5182">
        <w:trPr>
          <w:jc w:val="center"/>
        </w:trPr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>4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  <w:rFonts w:eastAsia="SimSun"/>
                <w:lang w:val="zh-CN" w:eastAsia="zh-CN"/>
              </w:rPr>
              <w:t xml:space="preserve">________________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</w:tr>
    </w:tbl>
    <w:p w:rsidR="009B5182" w:rsidRDefault="00E041C3">
      <w:pPr>
        <w:spacing w:before="80" w:after="20"/>
      </w:pPr>
      <w:r>
        <w:rPr>
          <w:b/>
          <w:rFonts w:eastAsia="SimSun"/>
          <w:lang w:val="zh-CN" w:eastAsia="zh-CN"/>
        </w:rPr>
        <w:t xml:space="preserve">合计货件／保管单元：____________________</w:t>
      </w:r>
    </w:p>
    <w:p w:rsidR="009B5182" w:rsidRPr="00875716" w:rsidRDefault="00E041C3">
      <w:pPr>
        <w:spacing w:after="80"/>
        <w:rPr>
          <w:lang w:val="ru-RU"/>
        </w:rPr>
      </w:pPr>
      <w:proofErr w:type="gramStart"/>
      <w:proofErr w:type="gramEnd"/>
      <w:r>
        <w:rPr>
          <w:sz w:val="19"/>
          <w:lang w:val="zh-CN" w:eastAsia="zh-CN"/>
          <w:rFonts w:eastAsia="SimSun"/>
        </w:rPr>
        <w:t xml:space="preserve">货物已按所列数量交予保管人；收货时已目视检查外观及包装。</w:t>
      </w:r>
    </w:p>
    <w:p w:rsidR="009B5182" w:rsidRDefault="00E041C3">
      <w:pPr>
        <w:spacing w:after="40"/>
      </w:pPr>
      <w:proofErr w:type="spellStart"/>
      <w:proofErr w:type="spellEnd"/>
      <w:proofErr w:type="spellStart"/>
      <w:proofErr w:type="spellEnd"/>
      <w:r>
        <w:rPr>
          <w:b/>
          <w:sz w:val="21"/>
          <w:rFonts w:eastAsia="SimSun"/>
          <w:lang w:val="zh-CN" w:eastAsia="zh-CN"/>
        </w:rPr>
        <w:t xml:space="preserve">双方签署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213"/>
        <w:gridCol w:w="5213"/>
      </w:tblGrid>
      <w:tr w:rsidR="009B5182">
        <w:trPr>
          <w:jc w:val="center"/>
        </w:trPr>
        <w:tc>
          <w:tcPr>
            <w:tcW w:w="5213" w:type="dxa"/>
            <w:shd w:val="clear" w:color="auto" w:fill="F4F6F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9"/>
                <w:rFonts w:eastAsia="SimSun"/>
                <w:lang w:val="zh-CN" w:eastAsia="zh-CN"/>
              </w:rPr>
              <w:t xml:space="preserve">保管人</w:t>
            </w:r>
          </w:p>
        </w:tc>
        <w:tc>
          <w:tcPr>
            <w:tcW w:w="5213" w:type="dxa"/>
            <w:shd w:val="clear" w:color="auto" w:fill="F4F6F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9"/>
                <w:rFonts w:eastAsia="SimSun"/>
                <w:lang w:val="zh-CN" w:eastAsia="zh-CN"/>
              </w:rPr>
              <w:t xml:space="preserve">寄存人</w:t>
            </w:r>
          </w:p>
        </w:tc>
      </w:tr>
      <w:tr w:rsidR="009B5182">
        <w:trPr>
          <w:jc w:val="center"/>
        </w:trPr>
        <w:tc>
          <w:tcPr>
            <w:tcW w:w="521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9"/>
                <w:rFonts w:eastAsia="SimSun"/>
                <w:lang w:val="zh-CN" w:eastAsia="zh-CN"/>
              </w:rPr>
              <w:t xml:space="preserve">________________ / ________________</w:t>
            </w:r>
          </w:p>
        </w:tc>
        <w:tc>
          <w:tcPr>
            <w:tcW w:w="521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9"/>
                <w:rFonts w:eastAsia="SimSun"/>
                <w:lang w:val="zh-CN" w:eastAsia="zh-CN"/>
              </w:rPr>
              <w:t xml:space="preserve">________________ / ________________</w:t>
            </w:r>
          </w:p>
        </w:tc>
      </w:tr>
      <w:tr w:rsidR="009B5182">
        <w:trPr>
          <w:jc w:val="center"/>
        </w:trPr>
        <w:tc>
          <w:tcPr>
            <w:tcW w:w="521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9"/>
                <w:rFonts w:eastAsia="SimSun"/>
                <w:lang w:val="zh-CN" w:eastAsia="zh-CN"/>
              </w:rPr>
              <w:t xml:space="preserve">盖章处（如有）</w:t>
            </w:r>
          </w:p>
        </w:tc>
        <w:tc>
          <w:tcPr>
            <w:tcW w:w="521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9"/>
                <w:rFonts w:eastAsia="SimSun"/>
                <w:lang w:val="zh-CN" w:eastAsia="zh-CN"/>
              </w:rPr>
              <w:t xml:space="preserve">盖章处（如有）</w:t>
            </w:r>
          </w:p>
        </w:tc>
      </w:tr>
    </w:tbl>
    <w:p w:rsidR="00E041C3" w:rsidRDefault="00E041C3"/>
    <w:sectPr w:rsidR="00E041C3" w:rsidSect="00034616">
      <w:pgSz w:w="12240" w:h="15840"/>
      <w:pgMar w:top="1247" w:right="907" w:bottom="90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A713C"/>
    <w:rsid w:val="00875716"/>
    <w:rsid w:val="009B5182"/>
    <w:rsid w:val="00AA1D8D"/>
    <w:rsid w:val="00B47730"/>
    <w:rsid w:val="00CB0664"/>
    <w:rsid w:val="00E041C3"/>
    <w:rsid w:val="00F3190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875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8757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875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8757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cp:lastPrinted>2026-03-26T02:13:00Z</cp:lastPrinted>
  <dcterms:created xsi:type="dcterms:W3CDTF">2013-12-23T23:15:00Z</dcterms:created>
  <dcterms:modified xsi:type="dcterms:W3CDTF">2026-04-02T10:16:00Z</dcterms:modified>
</cp:coreProperties>
</file>