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65" w:rsidRDefault="00CB5991">
      <w:pPr>
        <w:spacing w:after="1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940000" cy="810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tracted_letterhead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1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446" w:rsidRDefault="006F3446" w:rsidP="00D45D9B">
      <w:pPr>
        <w:spacing w:after="20"/>
        <w:rPr>
          <w:b/>
          <w:sz w:val="25"/>
          <w:lang w:val="ru-RU"/>
        </w:rPr>
      </w:pPr>
    </w:p>
    <w:p w:rsidR="00D45D9B" w:rsidRDefault="00D45D9B" w:rsidP="00D45D9B">
      <w:pPr>
        <w:spacing w:after="20"/>
        <w:rPr>
          <w:b/>
          <w:sz w:val="25"/>
          <w:lang w:val="ru-RU"/>
        </w:rPr>
      </w:pPr>
    </w:p>
    <w:p w:rsidR="00D45D9B" w:rsidRPr="00F31902" w:rsidRDefault="00D45D9B" w:rsidP="00D45D9B">
      <w:pPr>
        <w:spacing w:after="20"/>
        <w:rPr>
          <w:b/>
          <w:color w:val="000000" w:themeColor="text1"/>
          <w:sz w:val="25"/>
          <w:lang w:val="ru-RU"/>
        </w:rPr>
      </w:pPr>
      <w:bookmarkStart w:id="0" w:name="_GoBack"/>
      <w:bookmarkEnd w:id="0"/>
      <w:r>
        <w:rPr>
          <w:b/>
          <w:color w:val="000000" w:themeColor="text1"/>
          <w:sz w:val="26"/>
          <w:lang w:val="ru-RU"/>
        </w:rPr>
        <w:t xml:space="preserve">Приложение № 2 к договору № __________ от __________</w:t>
      </w:r>
    </w:p>
    <w:p w:rsidR="006F3446" w:rsidRDefault="006F3446">
      <w:pPr>
        <w:spacing w:after="20"/>
        <w:jc w:val="center"/>
        <w:rPr>
          <w:b/>
          <w:sz w:val="25"/>
          <w:lang w:val="ru-RU"/>
        </w:rPr>
      </w:pPr>
    </w:p>
    <w:p w:rsidR="009E4465" w:rsidRPr="00C2055F" w:rsidRDefault="00CB5991">
      <w:pPr>
        <w:spacing w:after="20"/>
        <w:jc w:val="center"/>
        <w:rPr>
          <w:lang w:val="ru-RU"/>
        </w:rPr>
      </w:pPr>
      <w:r w:rsidRPr="00C2055F">
        <w:rPr>
          <w:b/>
          <w:sz w:val="25"/>
          <w:lang w:val="ru-RU"/>
        </w:rPr>
        <w:t>ФОРМА МХ-3</w:t>
      </w:r>
    </w:p>
    <w:p w:rsidR="009E4465" w:rsidRPr="006F3446" w:rsidRDefault="00CB5991">
      <w:pPr>
        <w:spacing w:after="140"/>
        <w:jc w:val="center"/>
        <w:rPr>
          <w:lang w:val="ru-RU"/>
        </w:rPr>
      </w:pPr>
      <w:r w:rsidRPr="006F3446">
        <w:rPr>
          <w:sz w:val="19"/>
          <w:lang w:val="ru-RU"/>
        </w:rPr>
        <w:t>Акт о возврате товарно-материальных ценностей, сданных на хранение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E4465">
        <w:trPr>
          <w:jc w:val="center"/>
        </w:trPr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proofErr w:type="spellStart"/>
            <w:r>
              <w:rPr>
                <w:b/>
                <w:sz w:val="18"/>
              </w:rPr>
              <w:t>Номер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документа</w:t>
            </w:r>
            <w:proofErr w:type="spellEnd"/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</w:rPr>
              <w:t>Дата составления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</w:rPr>
              <w:t>Основание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</w:rPr>
              <w:t>Форма</w:t>
            </w:r>
          </w:p>
        </w:tc>
      </w:tr>
      <w:tr w:rsidR="009E4465">
        <w:trPr>
          <w:jc w:val="center"/>
        </w:trPr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________________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___ __________ 20__ г.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Договор хранения / заявка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МХ-3</w:t>
            </w:r>
          </w:p>
        </w:tc>
      </w:tr>
    </w:tbl>
    <w:p w:rsidR="009E4465" w:rsidRDefault="009E4465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</w:rPr>
              <w:t>Хранитель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</w:rPr>
              <w:t>ИП Сачков А.Г.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</w:rPr>
              <w:t>Поклажедатель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</w:rPr>
              <w:t>____________________________________________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</w:rPr>
              <w:t>Место хранения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</w:rPr>
              <w:t>____________________________________________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</w:rPr>
              <w:t>Материально ответственное лицо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</w:rPr>
              <w:t>____________________________________________</w:t>
            </w:r>
          </w:p>
        </w:tc>
      </w:tr>
    </w:tbl>
    <w:p w:rsidR="009E4465" w:rsidRDefault="009E4465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523"/>
        <w:gridCol w:w="1577"/>
        <w:gridCol w:w="1579"/>
        <w:gridCol w:w="1647"/>
        <w:gridCol w:w="1665"/>
      </w:tblGrid>
      <w:tr w:rsidR="009E4465">
        <w:trPr>
          <w:tblHeader/>
          <w:jc w:val="center"/>
        </w:trPr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Наименование ТМЦ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Ед. изм.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Кол-во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Состояние / упаковка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</w:rPr>
              <w:t>Примечание</w:t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</w:rPr>
              <w:t xml:space="preserve"> </w:t>
            </w:r>
          </w:p>
        </w:tc>
      </w:tr>
    </w:tbl>
    <w:p w:rsidR="009E4465" w:rsidRDefault="00CB5991">
      <w:pPr>
        <w:spacing w:before="80" w:after="20"/>
      </w:pPr>
      <w:r>
        <w:rPr>
          <w:b/>
        </w:rPr>
        <w:t>Итого мест / единиц хранения: ____________________</w:t>
      </w:r>
    </w:p>
    <w:p w:rsidR="009E4465" w:rsidRPr="006F3446" w:rsidRDefault="00CB5991">
      <w:pPr>
        <w:spacing w:after="80"/>
        <w:rPr>
          <w:lang w:val="ru-RU"/>
        </w:rPr>
      </w:pPr>
      <w:r w:rsidRPr="006F3446">
        <w:rPr>
          <w:sz w:val="19"/>
          <w:lang w:val="ru-RU"/>
        </w:rPr>
        <w:t xml:space="preserve">ТМЦ </w:t>
      </w:r>
      <w:proofErr w:type="gramStart"/>
      <w:r w:rsidRPr="006F3446">
        <w:rPr>
          <w:sz w:val="19"/>
          <w:lang w:val="ru-RU"/>
        </w:rPr>
        <w:t>возвращены</w:t>
      </w:r>
      <w:proofErr w:type="gramEnd"/>
      <w:r w:rsidRPr="006F3446">
        <w:rPr>
          <w:sz w:val="19"/>
          <w:lang w:val="ru-RU"/>
        </w:rPr>
        <w:t xml:space="preserve"> </w:t>
      </w:r>
      <w:proofErr w:type="spellStart"/>
      <w:r w:rsidRPr="006F3446">
        <w:rPr>
          <w:sz w:val="19"/>
          <w:lang w:val="ru-RU"/>
        </w:rPr>
        <w:t>Поклажедателю</w:t>
      </w:r>
      <w:proofErr w:type="spellEnd"/>
      <w:r w:rsidRPr="006F3446">
        <w:rPr>
          <w:sz w:val="19"/>
          <w:lang w:val="ru-RU"/>
        </w:rPr>
        <w:t xml:space="preserve"> полностью / частично, в количестве согласно настоящему акту.</w:t>
      </w:r>
    </w:p>
    <w:p w:rsidR="009E4465" w:rsidRDefault="00CB5991">
      <w:pPr>
        <w:spacing w:after="40"/>
      </w:pPr>
      <w:proofErr w:type="spellStart"/>
      <w:r>
        <w:rPr>
          <w:b/>
          <w:sz w:val="21"/>
        </w:rPr>
        <w:t>Подписи</w:t>
      </w:r>
      <w:proofErr w:type="spellEnd"/>
      <w:r>
        <w:rPr>
          <w:b/>
          <w:sz w:val="21"/>
        </w:rPr>
        <w:t xml:space="preserve"> </w:t>
      </w:r>
      <w:proofErr w:type="spellStart"/>
      <w:r>
        <w:rPr>
          <w:b/>
          <w:sz w:val="21"/>
        </w:rPr>
        <w:t>сторон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9"/>
              </w:rPr>
              <w:t>Хранитель</w:t>
            </w:r>
          </w:p>
        </w:tc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9"/>
              </w:rPr>
              <w:t>Поклажедатель</w:t>
            </w:r>
          </w:p>
        </w:tc>
      </w:tr>
      <w:tr w:rsidR="009E4465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________________ /______________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________________ /______________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М.П. при наличии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</w:rPr>
              <w:t>М.П. при наличии</w:t>
            </w:r>
          </w:p>
        </w:tc>
      </w:tr>
    </w:tbl>
    <w:p w:rsidR="00CB5991" w:rsidRDefault="00CB5991"/>
    <w:sectPr w:rsidR="00CB5991" w:rsidSect="00034616">
      <w:pgSz w:w="12240" w:h="15840"/>
      <w:pgMar w:top="124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F3446"/>
    <w:rsid w:val="009E4465"/>
    <w:rsid w:val="00AA1D8D"/>
    <w:rsid w:val="00B47730"/>
    <w:rsid w:val="00C2055F"/>
    <w:rsid w:val="00CB0664"/>
    <w:rsid w:val="00CB5991"/>
    <w:rsid w:val="00D45D9B"/>
    <w:rsid w:val="00EA6E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6F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6F3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6F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6F3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2026-03-26T02:13:00Z</cp:lastPrinted>
  <dcterms:created xsi:type="dcterms:W3CDTF">2013-12-23T23:15:00Z</dcterms:created>
  <dcterms:modified xsi:type="dcterms:W3CDTF">2026-04-02T10:18:00Z</dcterms:modified>
</cp:coreProperties>
</file>