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65" w:rsidRDefault="00CB5991">
      <w:pPr>
        <w:spacing w:after="1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940000" cy="810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tracted_letterhead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1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446" w:rsidRDefault="006F3446" w:rsidP="00D45D9B">
      <w:pPr>
        <w:spacing w:after="20"/>
        <w:rPr>
          <w:b/>
          <w:sz w:val="25"/>
          <w:lang w:val="ru-RU"/>
        </w:rPr>
      </w:pPr>
    </w:p>
    <w:p w:rsidR="00D45D9B" w:rsidRDefault="00D45D9B" w:rsidP="00D45D9B">
      <w:pPr>
        <w:spacing w:after="20"/>
        <w:rPr>
          <w:b/>
          <w:sz w:val="25"/>
          <w:lang w:val="ru-RU"/>
        </w:rPr>
      </w:pPr>
    </w:p>
    <w:p w:rsidR="00D45D9B" w:rsidRPr="00F31902" w:rsidRDefault="00D45D9B" w:rsidP="00D45D9B">
      <w:pPr>
        <w:spacing w:after="20"/>
        <w:rPr>
          <w:b/>
          <w:color w:val="000000" w:themeColor="text1"/>
          <w:sz w:val="25"/>
          <w:lang w:val="ru-RU"/>
        </w:rPr>
      </w:pPr>
      <w:bookmarkStart w:id="0" w:name="_GoBack"/>
      <w:bookmarkEnd w:id="0"/>
      <w:r>
        <w:rPr>
          <w:b/>
          <w:color w:val="000000" w:themeColor="text1"/>
          <w:sz w:val="26"/>
          <w:lang w:val="zh-CN" w:eastAsia="zh-CN"/>
          <w:rFonts w:eastAsia="SimSun"/>
        </w:rPr>
        <w:t xml:space="preserve">合同编号 ______ 日期 ______ 附件2</w:t>
      </w:r>
    </w:p>
    <w:p w:rsidR="006F3446" w:rsidRDefault="006F3446">
      <w:pPr>
        <w:spacing w:after="20"/>
        <w:jc w:val="center"/>
        <w:rPr>
          <w:b/>
          <w:sz w:val="25"/>
          <w:lang w:val="ru-RU"/>
        </w:rPr>
      </w:pPr>
    </w:p>
    <w:p w:rsidR="009E4465" w:rsidRPr="00C2055F" w:rsidRDefault="00CB5991">
      <w:pPr>
        <w:spacing w:after="20"/>
        <w:jc w:val="center"/>
        <w:rPr>
          <w:lang w:val="ru-RU"/>
        </w:rPr>
      </w:pPr>
      <w:r>
        <w:rPr>
          <w:b/>
          <w:sz w:val="25"/>
          <w:lang w:val="zh-CN" w:eastAsia="zh-CN"/>
          <w:rFonts w:eastAsia="SimSun"/>
        </w:rPr>
        <w:t xml:space="preserve">МХ-3 表</w:t>
      </w:r>
    </w:p>
    <w:p w:rsidR="009E4465" w:rsidRPr="006F3446" w:rsidRDefault="00CB5991">
      <w:pPr>
        <w:spacing w:after="140"/>
        <w:jc w:val="center"/>
        <w:rPr>
          <w:lang w:val="ru-RU"/>
        </w:rPr>
      </w:pPr>
      <w:r>
        <w:rPr>
          <w:sz w:val="19"/>
          <w:lang w:val="zh-CN" w:eastAsia="zh-CN"/>
          <w:rFonts w:eastAsia="SimSun"/>
        </w:rPr>
        <w:t xml:space="preserve">已交付保管的存货及物资返还单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E4465">
        <w:trPr>
          <w:jc w:val="center"/>
        </w:trPr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proofErr w:type="spellStart"/>
            <w:proofErr w:type="spellEnd"/>
            <w:proofErr w:type="spellStart"/>
            <w:proofErr w:type="spellEnd"/>
            <w:r>
              <w:rPr>
                <w:b/>
                <w:sz w:val="18"/>
                <w:rFonts w:eastAsia="SimSun"/>
                <w:lang w:val="zh-CN" w:eastAsia="zh-CN"/>
              </w:rPr>
              <w:t xml:space="preserve">单据编号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制作日期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依据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8"/>
                <w:rFonts w:eastAsia="SimSun"/>
                <w:lang w:val="zh-CN" w:eastAsia="zh-CN"/>
              </w:rPr>
              <w:t xml:space="preserve">格式</w:t>
            </w:r>
          </w:p>
        </w:tc>
      </w:tr>
      <w:tr w:rsidR="009E4465">
        <w:trPr>
          <w:jc w:val="center"/>
        </w:trPr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20____年____月____日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保管合同／申请单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МХ-3</w:t>
            </w:r>
          </w:p>
        </w:tc>
      </w:tr>
    </w:tbl>
    <w:p w:rsidR="009E4465" w:rsidRDefault="009E4465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  <w:rFonts w:eastAsia="SimSun"/>
                <w:lang w:val="zh-CN" w:eastAsia="zh-CN"/>
              </w:rPr>
              <w:t xml:space="preserve">保管人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  <w:rFonts w:eastAsia="SimSun"/>
                <w:lang w:val="zh-CN" w:eastAsia="zh-CN"/>
              </w:rPr>
              <w:t xml:space="preserve">ИП Сачков А.Г.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  <w:rFonts w:eastAsia="SimSun"/>
                <w:lang w:val="zh-CN" w:eastAsia="zh-CN"/>
              </w:rPr>
              <w:t xml:space="preserve">寄存人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  <w:rFonts w:eastAsia="SimSun"/>
                <w:lang w:val="zh-CN" w:eastAsia="zh-CN"/>
              </w:rPr>
              <w:t xml:space="preserve">存放地点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b/>
                <w:sz w:val="19"/>
                <w:rFonts w:eastAsia="SimSun"/>
                <w:lang w:val="zh-CN" w:eastAsia="zh-CN"/>
              </w:rPr>
              <w:t xml:space="preserve">物资责任人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E4465" w:rsidRDefault="00CB5991">
            <w:r>
              <w:rPr>
                <w:sz w:val="19"/>
                <w:rFonts w:eastAsia="SimSun"/>
                <w:lang w:val="zh-CN" w:eastAsia="zh-CN"/>
              </w:rPr>
              <w:t xml:space="preserve">____________________</w:t>
            </w:r>
          </w:p>
        </w:tc>
      </w:tr>
    </w:tbl>
    <w:p w:rsidR="009E4465" w:rsidRDefault="009E4465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523"/>
        <w:gridCol w:w="1577"/>
        <w:gridCol w:w="1579"/>
        <w:gridCol w:w="1647"/>
        <w:gridCol w:w="1665"/>
      </w:tblGrid>
      <w:tr w:rsidR="009E4465">
        <w:trPr>
          <w:tblHeader/>
          <w:jc w:val="center"/>
        </w:trPr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序号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货物名称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单位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数量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状态／包装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7"/>
                <w:rFonts w:eastAsia="SimSun"/>
                <w:lang w:val="zh-CN" w:eastAsia="zh-CN"/>
              </w:rPr>
              <w:t xml:space="preserve">备注</w:t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1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2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3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  <w:tr w:rsidR="009E4465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>4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E4465" w:rsidRDefault="00CB5991">
            <w:r>
              <w:rPr>
                <w:sz w:val="18"/>
                <w:rFonts w:eastAsia="SimSun"/>
                <w:lang w:val="zh-CN" w:eastAsia="zh-CN"/>
              </w:rPr>
              <w:t xml:space="preserve"/>
            </w:r>
          </w:p>
        </w:tc>
      </w:tr>
    </w:tbl>
    <w:p w:rsidR="009E4465" w:rsidRDefault="00CB5991">
      <w:pPr>
        <w:spacing w:before="80" w:after="20"/>
      </w:pPr>
      <w:r>
        <w:rPr>
          <w:b/>
          <w:rFonts w:eastAsia="SimSun"/>
          <w:lang w:val="zh-CN" w:eastAsia="zh-CN"/>
        </w:rPr>
        <w:t xml:space="preserve">合计货件／保管单元：____________________</w:t>
      </w:r>
    </w:p>
    <w:p w:rsidR="009E4465" w:rsidRPr="006F3446" w:rsidRDefault="00CB5991">
      <w:pPr>
        <w:spacing w:after="80"/>
        <w:rPr>
          <w:lang w:val="ru-RU"/>
        </w:rPr>
      </w:pPr>
      <w:proofErr w:type="gramStart"/>
      <w:proofErr w:type="gramEnd"/>
      <w:proofErr w:type="spellStart"/>
      <w:proofErr w:type="spellEnd"/>
      <w:r>
        <w:rPr>
          <w:sz w:val="19"/>
          <w:lang w:val="zh-CN" w:eastAsia="zh-CN"/>
          <w:rFonts w:eastAsia="SimSun"/>
        </w:rPr>
        <w:t xml:space="preserve">货物已全部／部分返还寄存人，数量按本单据所列。</w:t>
      </w:r>
    </w:p>
    <w:p w:rsidR="009E4465" w:rsidRDefault="00CB5991">
      <w:pPr>
        <w:spacing w:after="40"/>
      </w:pPr>
      <w:proofErr w:type="spellStart"/>
      <w:proofErr w:type="spellEnd"/>
      <w:proofErr w:type="spellStart"/>
      <w:proofErr w:type="spellEnd"/>
      <w:r>
        <w:rPr>
          <w:b/>
          <w:sz w:val="21"/>
          <w:rFonts w:eastAsia="SimSun"/>
          <w:lang w:val="zh-CN" w:eastAsia="zh-CN"/>
        </w:rPr>
        <w:t xml:space="preserve">双方签署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E4465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9"/>
                <w:rFonts w:eastAsia="SimSun"/>
                <w:lang w:val="zh-CN" w:eastAsia="zh-CN"/>
              </w:rPr>
              <w:t xml:space="preserve">保管人</w:t>
            </w:r>
          </w:p>
        </w:tc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b/>
                <w:sz w:val="19"/>
                <w:rFonts w:eastAsia="SimSun"/>
                <w:lang w:val="zh-CN" w:eastAsia="zh-CN"/>
              </w:rPr>
              <w:t xml:space="preserve">寄存人</w:t>
            </w:r>
          </w:p>
        </w:tc>
      </w:tr>
      <w:tr w:rsidR="009E4465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________________ / ________________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________________ / ________________</w:t>
            </w:r>
          </w:p>
        </w:tc>
      </w:tr>
      <w:tr w:rsidR="009E4465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盖章处（如有）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E4465" w:rsidRDefault="00CB5991">
            <w:pPr>
              <w:jc w:val="center"/>
            </w:pPr>
            <w:r>
              <w:rPr>
                <w:sz w:val="19"/>
                <w:rFonts w:eastAsia="SimSun"/>
                <w:lang w:val="zh-CN" w:eastAsia="zh-CN"/>
              </w:rPr>
              <w:t xml:space="preserve">盖章处（如有）</w:t>
            </w:r>
          </w:p>
        </w:tc>
      </w:tr>
    </w:tbl>
    <w:p w:rsidR="00CB5991" w:rsidRDefault="00CB5991"/>
    <w:sectPr w:rsidR="00CB5991" w:rsidSect="00034616">
      <w:pgSz w:w="12240" w:h="15840"/>
      <w:pgMar w:top="124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F3446"/>
    <w:rsid w:val="009E4465"/>
    <w:rsid w:val="00AA1D8D"/>
    <w:rsid w:val="00B47730"/>
    <w:rsid w:val="00C2055F"/>
    <w:rsid w:val="00CB0664"/>
    <w:rsid w:val="00CB5991"/>
    <w:rsid w:val="00D45D9B"/>
    <w:rsid w:val="00EA6E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6F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6F3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6F3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6F3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2026-03-26T02:13:00Z</cp:lastPrinted>
  <dcterms:created xsi:type="dcterms:W3CDTF">2013-12-23T23:15:00Z</dcterms:created>
  <dcterms:modified xsi:type="dcterms:W3CDTF">2026-04-02T10:18:00Z</dcterms:modified>
</cp:coreProperties>
</file>